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023360" cy="718106"/>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4023360" cy="718106"/>
                    </a:xfrm>
                    <a:prstGeom prst="rect"/>
                  </pic:spPr>
                </pic:pic>
              </a:graphicData>
            </a:graphic>
          </wp:inline>
        </w:drawing>
      </w:r>
    </w:p>
    <w:p>
      <w:pPr>
        <w:pStyle w:val="Heading3"/>
        <w:spacing w:after="60"/>
        <w:jc w:val="center"/>
      </w:pPr>
      <w:r>
        <w:rPr>
          <w:rFonts w:ascii="Arial" w:hAnsi="Arial"/>
          <w:b/>
          <w:color w:val="3B82F6"/>
          <w:sz w:val="20"/>
        </w:rPr>
        <w:t>PIEZA 8 · METODOLOGÍA Y ALCANCE PROBATORIO</w:t>
      </w:r>
    </w:p>
    <w:p>
      <w:pPr>
        <w:pStyle w:val="Title"/>
        <w:spacing w:after="200"/>
        <w:jc w:val="center"/>
      </w:pPr>
      <w:r>
        <w:rPr>
          <w:rFonts w:ascii="Arial" w:hAnsi="Arial"/>
          <w:b/>
          <w:color w:val="141C28"/>
          <w:sz w:val="48"/>
        </w:rPr>
        <w:t>Cómo observa ENTIA la nueva capa máquina de Internet</w:t>
      </w:r>
    </w:p>
    <w:p>
      <w:pPr>
        <w:pStyle w:val="Subtitle"/>
        <w:spacing w:after="360"/>
        <w:jc w:val="center"/>
      </w:pPr>
      <w:r>
        <w:rPr>
          <w:rFonts w:ascii="Arial" w:hAnsi="Arial"/>
          <w:b w:val="0"/>
          <w:color w:val="5A6473"/>
          <w:sz w:val="24"/>
        </w:rPr>
        <w:t>Arquitectura de captura, clasificación, conservación y límites de inferencia.</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La telemetría demuestra acceso y entrega. No demuestra por sí sola qué ocurre después dentro de un modelo, producto o agente.</w:t>
            </w:r>
          </w:p>
        </w:tc>
      </w:tr>
    </w:tbl>
    <w:p/>
    <w:p>
      <w:pPr>
        <w:pStyle w:val="Heading2"/>
        <w:spacing w:before="400" w:after="140"/>
      </w:pPr>
      <w:r>
        <w:rPr>
          <w:rFonts w:ascii="Arial" w:hAnsi="Arial"/>
          <w:b/>
          <w:color w:val="3B82F6"/>
          <w:sz w:val="48"/>
        </w:rPr>
        <w:t>1. Objeto de la metodología</w:t>
      </w:r>
    </w:p>
    <w:p>
      <w:pPr>
        <w:spacing w:after="120"/>
      </w:pPr>
      <w:r>
        <w:rPr>
          <w:rFonts w:ascii="Arial" w:hAnsi="Arial"/>
          <w:b w:val="0"/>
          <w:color w:val="141C28"/>
          <w:sz w:val="21"/>
        </w:rPr>
        <w:t>La metodología de ENTIA está diseñada para observar cómo buscadores, crawlers, LLMs y agentes interactúan con una infraestructura global de identidad económica. Su objetivo es producir evidencia verificable sobre acceso máquina sin trasladar conclusiones no demostradas a capas posteriores del proceso.</w:t>
      </w:r>
    </w:p>
    <w:p>
      <w:pPr>
        <w:spacing w:after="120"/>
      </w:pPr>
      <w:r>
        <w:rPr>
          <w:rFonts w:ascii="Arial" w:hAnsi="Arial"/>
          <w:b w:val="0"/>
          <w:color w:val="141C28"/>
          <w:sz w:val="21"/>
        </w:rPr>
        <w:t>El método permite responder con precisión a preguntas como: qué sistema solicitó una ruta, cuándo lo hizo, qué recibió, con qué frecuencia, desde qué contexto de red y con qué patrón de persistencia.</w:t>
      </w:r>
    </w:p>
    <w:p>
      <w:pPr>
        <w:pStyle w:val="Heading2"/>
        <w:spacing w:before="400" w:after="140"/>
      </w:pPr>
      <w:r>
        <w:rPr>
          <w:rFonts w:ascii="Arial" w:hAnsi="Arial"/>
          <w:b/>
          <w:color w:val="3B82F6"/>
          <w:sz w:val="48"/>
        </w:rPr>
        <w:t>2. Arquitectura de captura</w:t>
      </w:r>
    </w:p>
    <w:tbl>
      <w:tblPr>
        <w:tblStyle w:val="TableGrid"/>
        <w:tblW w:type="auto" w:w="0"/>
        <w:jc w:val="center"/>
        <w:tblLayout w:type="autofit"/>
        <w:tblLook w:firstColumn="1" w:firstRow="1" w:lastColumn="0" w:lastRow="0" w:noHBand="0" w:noVBand="1" w:val="04A0"/>
      </w:tblPr>
      <w:tblGrid>
        <w:gridCol w:w="5156"/>
        <w:gridCol w:w="5156"/>
      </w:tblGrid>
      <w:tr>
        <w:trPr>
          <w:tblHeader w:val="true"/>
        </w:trPr>
        <w:tc>
          <w:tcPr>
            <w:tcW w:type="dxa" w:w="5156"/>
            <w:shd w:fill="07101D"/>
            <w:vAlign w:val="center"/>
            <w:tcMar>
              <w:top w:w="100" w:type="dxa"/>
              <w:start w:w="120" w:type="dxa"/>
              <w:bottom w:w="100" w:type="dxa"/>
              <w:end w:w="120" w:type="dxa"/>
            </w:tcMar>
          </w:tcPr>
          <w:p>
            <w:r>
              <w:rPr>
                <w:rFonts w:ascii="Aptos" w:hAnsi="Aptos" w:eastAsia="Aptos"/>
                <w:b/>
                <w:color w:val="FFFFFF"/>
                <w:sz w:val="18"/>
              </w:rPr>
              <w:t>Etapa</w:t>
            </w:r>
          </w:p>
        </w:tc>
        <w:tc>
          <w:tcPr>
            <w:tcW w:type="dxa" w:w="5156"/>
            <w:shd w:fill="07101D"/>
            <w:vAlign w:val="center"/>
            <w:tcMar>
              <w:top w:w="100" w:type="dxa"/>
              <w:start w:w="120" w:type="dxa"/>
              <w:bottom w:w="100" w:type="dxa"/>
              <w:end w:w="120" w:type="dxa"/>
            </w:tcMar>
          </w:tcPr>
          <w:p>
            <w:r>
              <w:rPr>
                <w:rFonts w:ascii="Aptos" w:hAnsi="Aptos" w:eastAsia="Aptos"/>
                <w:b/>
                <w:color w:val="FFFFFF"/>
                <w:sz w:val="18"/>
              </w:rPr>
              <w:t>Descripción</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Captura en el edge</w:t>
            </w:r>
          </w:p>
        </w:tc>
        <w:tc>
          <w:tcPr>
            <w:tcW w:type="dxa" w:w="5156"/>
            <w:vAlign w:val="center"/>
            <w:tcMar>
              <w:top w:w="100" w:type="dxa"/>
              <w:start w:w="120" w:type="dxa"/>
              <w:bottom w:w="100" w:type="dxa"/>
              <w:end w:w="120" w:type="dxa"/>
            </w:tcMar>
          </w:tcPr>
          <w:p>
            <w:r>
              <w:rPr>
                <w:rFonts w:ascii="Aptos" w:hAnsi="Aptos" w:eastAsia="Aptos"/>
                <w:b w:val="0"/>
                <w:color w:val="243042"/>
                <w:sz w:val="18"/>
              </w:rPr>
              <w:t>Cloudflare Edge Tail Worker registra cada solicitud individual que alcanza la infraestructura.</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Conservación</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Los eventos se almacenan en R2 dentro del repositorio de telemetría entia-bot-logs.</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Compactación</w:t>
            </w:r>
          </w:p>
        </w:tc>
        <w:tc>
          <w:tcPr>
            <w:tcW w:type="dxa" w:w="5156"/>
            <w:vAlign w:val="center"/>
            <w:tcMar>
              <w:top w:w="100" w:type="dxa"/>
              <w:start w:w="120" w:type="dxa"/>
              <w:bottom w:w="100" w:type="dxa"/>
              <w:end w:w="120" w:type="dxa"/>
            </w:tcMar>
          </w:tcPr>
          <w:p>
            <w:r>
              <w:rPr>
                <w:rFonts w:ascii="Aptos" w:hAnsi="Aptos" w:eastAsia="Aptos"/>
                <w:b w:val="0"/>
                <w:color w:val="243042"/>
                <w:sz w:val="18"/>
              </w:rPr>
              <w:t>Los datos se compactan por periodos definidos, conservando gaps y sin interpolar días ausentes.</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Análisis</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DuckDB-on-R2 permite clasificar agentes, rutas, códigos de respuesta, bytes, recurrencia y persistencia.</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Integridad</w:t>
            </w:r>
          </w:p>
        </w:tc>
        <w:tc>
          <w:tcPr>
            <w:tcW w:type="dxa" w:w="5156"/>
            <w:vAlign w:val="center"/>
            <w:tcMar>
              <w:top w:w="100" w:type="dxa"/>
              <w:start w:w="120" w:type="dxa"/>
              <w:bottom w:w="100" w:type="dxa"/>
              <w:end w:w="120" w:type="dxa"/>
            </w:tcMar>
          </w:tcPr>
          <w:p>
            <w:r>
              <w:rPr>
                <w:rFonts w:ascii="Aptos" w:hAnsi="Aptos" w:eastAsia="Aptos"/>
                <w:b w:val="0"/>
                <w:color w:val="243042"/>
                <w:sz w:val="18"/>
              </w:rPr>
              <w:t>Manifiestos y hashes SHA-256 documentan los conjuntos analizados.</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Sellado temporal</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La arquitectura admite sellado RFC-3161 cuando se requiere una evidencia temporal reforzada.</w:t>
            </w:r>
          </w:p>
        </w:tc>
      </w:tr>
    </w:tbl>
    <w:p/>
    <w:p>
      <w:pPr>
        <w:pStyle w:val="Heading2"/>
        <w:spacing w:before="400" w:after="140"/>
      </w:pPr>
      <w:r>
        <w:rPr>
          <w:rFonts w:ascii="Arial" w:hAnsi="Arial"/>
          <w:b/>
          <w:color w:val="3B82F6"/>
          <w:sz w:val="48"/>
        </w:rPr>
        <w:t>3. Ventana forense pública</w:t>
      </w:r>
    </w:p>
    <w:tbl>
      <w:tblPr>
        <w:tblStyle w:val="TableGrid"/>
        <w:tblW w:type="auto" w:w="0"/>
        <w:jc w:val="center"/>
        <w:tblLayout w:type="autofit"/>
        <w:tblLook w:firstColumn="1" w:firstRow="1" w:lastColumn="0" w:lastRow="0" w:noHBand="0" w:noVBand="1" w:val="04A0"/>
      </w:tblPr>
      <w:tblGrid>
        <w:gridCol w:w="5156"/>
        <w:gridCol w:w="5156"/>
      </w:tblGrid>
      <w:tr>
        <w:trPr>
          <w:tblHeader w:val="true"/>
        </w:trPr>
        <w:tc>
          <w:tcPr>
            <w:tcW w:type="dxa" w:w="5156"/>
            <w:shd w:fill="07101D"/>
            <w:vAlign w:val="center"/>
            <w:tcMar>
              <w:top w:w="100" w:type="dxa"/>
              <w:start w:w="120" w:type="dxa"/>
              <w:bottom w:w="100" w:type="dxa"/>
              <w:end w:w="120" w:type="dxa"/>
            </w:tcMar>
          </w:tcPr>
          <w:p>
            <w:r>
              <w:rPr>
                <w:rFonts w:ascii="Aptos" w:hAnsi="Aptos" w:eastAsia="Aptos"/>
                <w:b/>
                <w:color w:val="FFFFFF"/>
                <w:sz w:val="18"/>
              </w:rPr>
              <w:t>Elemento</w:t>
            </w:r>
          </w:p>
        </w:tc>
        <w:tc>
          <w:tcPr>
            <w:tcW w:type="dxa" w:w="5156"/>
            <w:shd w:fill="07101D"/>
            <w:vAlign w:val="center"/>
            <w:tcMar>
              <w:top w:w="100" w:type="dxa"/>
              <w:start w:w="120" w:type="dxa"/>
              <w:bottom w:w="100" w:type="dxa"/>
              <w:end w:w="120" w:type="dxa"/>
            </w:tcMar>
          </w:tcPr>
          <w:p>
            <w:r>
              <w:rPr>
                <w:rFonts w:ascii="Aptos" w:hAnsi="Aptos" w:eastAsia="Aptos"/>
                <w:b/>
                <w:color w:val="FFFFFF"/>
                <w:sz w:val="18"/>
              </w:rPr>
              <w:t>Valor</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Periodo natural</w:t>
            </w:r>
          </w:p>
        </w:tc>
        <w:tc>
          <w:tcPr>
            <w:tcW w:type="dxa" w:w="5156"/>
            <w:vAlign w:val="center"/>
            <w:tcMar>
              <w:top w:w="100" w:type="dxa"/>
              <w:start w:w="120" w:type="dxa"/>
              <w:bottom w:w="100" w:type="dxa"/>
              <w:end w:w="120" w:type="dxa"/>
            </w:tcMar>
          </w:tcPr>
          <w:p>
            <w:r>
              <w:rPr>
                <w:rFonts w:ascii="Aptos" w:hAnsi="Aptos" w:eastAsia="Aptos"/>
                <w:b w:val="0"/>
                <w:color w:val="243042"/>
                <w:sz w:val="18"/>
              </w:rPr>
              <w:t>7-27 de julio de 2026</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Días naturales</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21</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Días compactados</w:t>
            </w:r>
          </w:p>
        </w:tc>
        <w:tc>
          <w:tcPr>
            <w:tcW w:type="dxa" w:w="5156"/>
            <w:vAlign w:val="center"/>
            <w:tcMar>
              <w:top w:w="100" w:type="dxa"/>
              <w:start w:w="120" w:type="dxa"/>
              <w:bottom w:w="100" w:type="dxa"/>
              <w:end w:w="120" w:type="dxa"/>
            </w:tcMar>
          </w:tcPr>
          <w:p>
            <w:r>
              <w:rPr>
                <w:rFonts w:ascii="Aptos" w:hAnsi="Aptos" w:eastAsia="Aptos"/>
                <w:b w:val="0"/>
                <w:color w:val="243042"/>
                <w:sz w:val="18"/>
              </w:rPr>
              <w:t>19</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Gaps documentados</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11 y 12 de julio; no interpolados</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Total máquina bruto</w:t>
            </w:r>
          </w:p>
        </w:tc>
        <w:tc>
          <w:tcPr>
            <w:tcW w:type="dxa" w:w="5156"/>
            <w:vAlign w:val="center"/>
            <w:tcMar>
              <w:top w:w="100" w:type="dxa"/>
              <w:start w:w="120" w:type="dxa"/>
              <w:bottom w:w="100" w:type="dxa"/>
              <w:end w:w="120" w:type="dxa"/>
            </w:tcMar>
          </w:tcPr>
          <w:p>
            <w:r>
              <w:rPr>
                <w:rFonts w:ascii="Aptos" w:hAnsi="Aptos" w:eastAsia="Aptos"/>
                <w:b w:val="0"/>
                <w:color w:val="243042"/>
                <w:sz w:val="18"/>
              </w:rPr>
              <w:t>1.345.324 solicitudes</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Monitor interno</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1.623 solicitudes de entia-pipeline-assert-bot/1.0</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Total externo</w:t>
            </w:r>
          </w:p>
        </w:tc>
        <w:tc>
          <w:tcPr>
            <w:tcW w:type="dxa" w:w="5156"/>
            <w:vAlign w:val="center"/>
            <w:tcMar>
              <w:top w:w="100" w:type="dxa"/>
              <w:start w:w="120" w:type="dxa"/>
              <w:bottom w:w="100" w:type="dxa"/>
              <w:end w:w="120" w:type="dxa"/>
            </w:tcMar>
          </w:tcPr>
          <w:p>
            <w:r>
              <w:rPr>
                <w:rFonts w:ascii="Aptos" w:hAnsi="Aptos" w:eastAsia="Aptos"/>
                <w:b w:val="0"/>
                <w:color w:val="243042"/>
                <w:sz w:val="18"/>
              </w:rPr>
              <w:t>1.343.701 solicitudes</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Cifra comunicada</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1,34 millones de solicitudes externas</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Transferencia desde origen</w:t>
            </w:r>
          </w:p>
        </w:tc>
        <w:tc>
          <w:tcPr>
            <w:tcW w:type="dxa" w:w="5156"/>
            <w:vAlign w:val="center"/>
            <w:tcMar>
              <w:top w:w="100" w:type="dxa"/>
              <w:start w:w="120" w:type="dxa"/>
              <w:bottom w:w="100" w:type="dxa"/>
              <w:end w:w="120" w:type="dxa"/>
            </w:tcMar>
          </w:tcPr>
          <w:p>
            <w:r>
              <w:rPr>
                <w:rFonts w:ascii="Aptos" w:hAnsi="Aptos" w:eastAsia="Aptos"/>
                <w:b w:val="0"/>
                <w:color w:val="243042"/>
                <w:sz w:val="18"/>
              </w:rPr>
              <w:t>26 GB</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Cache HIT aproximado</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0,9 %</w:t>
            </w:r>
          </w:p>
        </w:tc>
      </w:tr>
    </w:tbl>
    <w:p/>
    <w:p>
      <w:pPr>
        <w:pStyle w:val="Heading2"/>
        <w:spacing w:before="400" w:after="140"/>
      </w:pPr>
      <w:r>
        <w:rPr>
          <w:rFonts w:ascii="Arial" w:hAnsi="Arial"/>
          <w:b/>
          <w:color w:val="3B82F6"/>
          <w:sz w:val="48"/>
        </w:rPr>
        <w:t>4. Las cinco capas de medición</w:t>
      </w:r>
    </w:p>
    <w:p>
      <w:pPr>
        <w:spacing w:after="120"/>
      </w:pPr>
      <w:r>
        <w:rPr>
          <w:rFonts w:ascii="Arial" w:hAnsi="Arial"/>
          <w:b w:val="0"/>
          <w:color w:val="141C28"/>
          <w:sz w:val="21"/>
        </w:rPr>
        <w:t>El marco separa cinco capas que suelen mezclarse en los estudios sobre visibilidad y agentes. Cada capa requiere evidencia diferente.</w:t>
      </w:r>
    </w:p>
    <w:tbl>
      <w:tblPr>
        <w:tblStyle w:val="TableGrid"/>
        <w:tblW w:type="auto" w:w="0"/>
        <w:jc w:val="center"/>
        <w:tblLayout w:type="autofit"/>
        <w:tblLook w:firstColumn="1" w:firstRow="1" w:lastColumn="0" w:lastRow="0" w:noHBand="0" w:noVBand="1" w:val="04A0"/>
      </w:tblPr>
      <w:tblGrid>
        <w:gridCol w:w="3437"/>
        <w:gridCol w:w="3437"/>
        <w:gridCol w:w="3437"/>
      </w:tblGrid>
      <w:tr>
        <w:trPr>
          <w:tblHeader w:val="true"/>
        </w:trPr>
        <w:tc>
          <w:tcPr>
            <w:tcW w:type="dxa" w:w="3437"/>
            <w:shd w:fill="07101D"/>
            <w:vAlign w:val="center"/>
            <w:tcMar>
              <w:top w:w="100" w:type="dxa"/>
              <w:start w:w="120" w:type="dxa"/>
              <w:bottom w:w="100" w:type="dxa"/>
              <w:end w:w="120" w:type="dxa"/>
            </w:tcMar>
          </w:tcPr>
          <w:p>
            <w:r>
              <w:rPr>
                <w:rFonts w:ascii="Aptos" w:hAnsi="Aptos" w:eastAsia="Aptos"/>
                <w:b/>
                <w:color w:val="FFFFFF"/>
                <w:sz w:val="18"/>
              </w:rPr>
              <w:t>Capa</w:t>
            </w:r>
          </w:p>
        </w:tc>
        <w:tc>
          <w:tcPr>
            <w:tcW w:type="dxa" w:w="3437"/>
            <w:shd w:fill="07101D"/>
            <w:vAlign w:val="center"/>
            <w:tcMar>
              <w:top w:w="100" w:type="dxa"/>
              <w:start w:w="120" w:type="dxa"/>
              <w:bottom w:w="100" w:type="dxa"/>
              <w:end w:w="120" w:type="dxa"/>
            </w:tcMar>
          </w:tcPr>
          <w:p>
            <w:r>
              <w:rPr>
                <w:rFonts w:ascii="Aptos" w:hAnsi="Aptos" w:eastAsia="Aptos"/>
                <w:b/>
                <w:color w:val="FFFFFF"/>
                <w:sz w:val="18"/>
              </w:rPr>
              <w:t>Pregunta</w:t>
            </w:r>
          </w:p>
        </w:tc>
        <w:tc>
          <w:tcPr>
            <w:tcW w:type="dxa" w:w="3437"/>
            <w:shd w:fill="07101D"/>
            <w:vAlign w:val="center"/>
            <w:tcMar>
              <w:top w:w="100" w:type="dxa"/>
              <w:start w:w="120" w:type="dxa"/>
              <w:bottom w:w="100" w:type="dxa"/>
              <w:end w:w="120" w:type="dxa"/>
            </w:tcMar>
          </w:tcPr>
          <w:p>
            <w:r>
              <w:rPr>
                <w:rFonts w:ascii="Aptos" w:hAnsi="Aptos" w:eastAsia="Aptos"/>
                <w:b/>
                <w:color w:val="FFFFFF"/>
                <w:sz w:val="18"/>
              </w:rPr>
              <w:t>Estado de observación</w:t>
            </w:r>
          </w:p>
        </w:tc>
      </w:tr>
      <w:tr>
        <w:tc>
          <w:tcPr>
            <w:tcW w:type="dxa" w:w="3437"/>
            <w:shd w:fill="F3F7FC"/>
            <w:vAlign w:val="center"/>
            <w:tcMar>
              <w:top w:w="100" w:type="dxa"/>
              <w:start w:w="120" w:type="dxa"/>
              <w:bottom w:w="100" w:type="dxa"/>
              <w:end w:w="120" w:type="dxa"/>
            </w:tcMar>
          </w:tcPr>
          <w:p>
            <w:r>
              <w:rPr>
                <w:rFonts w:ascii="Aptos" w:hAnsi="Aptos" w:eastAsia="Aptos"/>
                <w:b/>
                <w:color w:val="243042"/>
                <w:sz w:val="18"/>
              </w:rPr>
              <w:t>1. Acceso</w:t>
            </w:r>
          </w:p>
        </w:tc>
        <w:tc>
          <w:tcPr>
            <w:tcW w:type="dxa" w:w="3437"/>
            <w:vAlign w:val="center"/>
            <w:tcMar>
              <w:top w:w="100" w:type="dxa"/>
              <w:start w:w="120" w:type="dxa"/>
              <w:bottom w:w="100" w:type="dxa"/>
              <w:end w:w="120" w:type="dxa"/>
            </w:tcMar>
          </w:tcPr>
          <w:p>
            <w:r>
              <w:rPr>
                <w:rFonts w:ascii="Aptos" w:hAnsi="Aptos" w:eastAsia="Aptos"/>
                <w:b w:val="0"/>
                <w:color w:val="243042"/>
                <w:sz w:val="18"/>
              </w:rPr>
              <w:t>¿La máquina solicitó y recibió una URL o recurso?</w:t>
            </w:r>
          </w:p>
        </w:tc>
        <w:tc>
          <w:tcPr>
            <w:tcW w:type="dxa" w:w="3437"/>
            <w:vAlign w:val="center"/>
            <w:tcMar>
              <w:top w:w="100" w:type="dxa"/>
              <w:start w:w="120" w:type="dxa"/>
              <w:bottom w:w="100" w:type="dxa"/>
              <w:end w:w="120" w:type="dxa"/>
            </w:tcMar>
          </w:tcPr>
          <w:p>
            <w:r>
              <w:rPr>
                <w:rFonts w:ascii="Aptos" w:hAnsi="Aptos" w:eastAsia="Aptos"/>
                <w:b w:val="0"/>
                <w:color w:val="243042"/>
                <w:sz w:val="18"/>
              </w:rPr>
              <w:t>Observable directamente por ENTIA.</w:t>
            </w:r>
          </w:p>
        </w:tc>
      </w:tr>
      <w:tr>
        <w:tc>
          <w:tcPr>
            <w:tcW w:type="dxa" w:w="3437"/>
            <w:shd w:fill="F1F5F9"/>
            <w:vAlign w:val="center"/>
            <w:tcMar>
              <w:top w:w="100" w:type="dxa"/>
              <w:start w:w="120" w:type="dxa"/>
              <w:bottom w:w="100" w:type="dxa"/>
              <w:end w:w="120" w:type="dxa"/>
            </w:tcMar>
          </w:tcPr>
          <w:p>
            <w:r>
              <w:rPr>
                <w:rFonts w:ascii="Aptos" w:hAnsi="Aptos" w:eastAsia="Aptos"/>
                <w:b/>
                <w:color w:val="243042"/>
                <w:sz w:val="18"/>
              </w:rPr>
              <w:t>2. Elegibilidad</w:t>
            </w:r>
          </w:p>
        </w:tc>
        <w:tc>
          <w:tcPr>
            <w:tcW w:type="dxa" w:w="3437"/>
            <w:vAlign w:val="center"/>
            <w:tcMar>
              <w:top w:w="100" w:type="dxa"/>
              <w:start w:w="120" w:type="dxa"/>
              <w:bottom w:w="100" w:type="dxa"/>
              <w:end w:w="120" w:type="dxa"/>
            </w:tcMar>
            <w:shd w:fill="F1F5F9"/>
          </w:tcPr>
          <w:p>
            <w:r>
              <w:rPr>
                <w:rFonts w:ascii="Aptos" w:hAnsi="Aptos" w:eastAsia="Aptos"/>
                <w:b w:val="0"/>
                <w:color w:val="243042"/>
                <w:sz w:val="18"/>
              </w:rPr>
              <w:t>¿El sistema consideró que la fuente podía ser utilizada?</w:t>
            </w:r>
          </w:p>
        </w:tc>
        <w:tc>
          <w:tcPr>
            <w:tcW w:type="dxa" w:w="3437"/>
            <w:vAlign w:val="center"/>
            <w:tcMar>
              <w:top w:w="100" w:type="dxa"/>
              <w:start w:w="120" w:type="dxa"/>
              <w:bottom w:w="100" w:type="dxa"/>
              <w:end w:w="120" w:type="dxa"/>
            </w:tcMar>
            <w:shd w:fill="F1F5F9"/>
          </w:tcPr>
          <w:p>
            <w:r>
              <w:rPr>
                <w:rFonts w:ascii="Aptos" w:hAnsi="Aptos" w:eastAsia="Aptos"/>
                <w:b w:val="0"/>
                <w:color w:val="243042"/>
                <w:sz w:val="18"/>
              </w:rPr>
              <w:t>Normalmente no observable desde fuera.</w:t>
            </w:r>
          </w:p>
        </w:tc>
      </w:tr>
      <w:tr>
        <w:tc>
          <w:tcPr>
            <w:tcW w:type="dxa" w:w="3437"/>
            <w:shd w:fill="F3F7FC"/>
            <w:vAlign w:val="center"/>
            <w:tcMar>
              <w:top w:w="100" w:type="dxa"/>
              <w:start w:w="120" w:type="dxa"/>
              <w:bottom w:w="100" w:type="dxa"/>
              <w:end w:w="120" w:type="dxa"/>
            </w:tcMar>
          </w:tcPr>
          <w:p>
            <w:r>
              <w:rPr>
                <w:rFonts w:ascii="Aptos" w:hAnsi="Aptos" w:eastAsia="Aptos"/>
                <w:b/>
                <w:color w:val="243042"/>
                <w:sz w:val="18"/>
              </w:rPr>
              <w:t>3. Recuperación</w:t>
            </w:r>
          </w:p>
        </w:tc>
        <w:tc>
          <w:tcPr>
            <w:tcW w:type="dxa" w:w="3437"/>
            <w:vAlign w:val="center"/>
            <w:tcMar>
              <w:top w:w="100" w:type="dxa"/>
              <w:start w:w="120" w:type="dxa"/>
              <w:bottom w:w="100" w:type="dxa"/>
              <w:end w:w="120" w:type="dxa"/>
            </w:tcMar>
          </w:tcPr>
          <w:p>
            <w:r>
              <w:rPr>
                <w:rFonts w:ascii="Aptos" w:hAnsi="Aptos" w:eastAsia="Aptos"/>
                <w:b w:val="0"/>
                <w:color w:val="243042"/>
                <w:sz w:val="18"/>
              </w:rPr>
              <w:t>¿La fuente fue seleccionada para una consulta o tarea concreta?</w:t>
            </w:r>
          </w:p>
        </w:tc>
        <w:tc>
          <w:tcPr>
            <w:tcW w:type="dxa" w:w="3437"/>
            <w:vAlign w:val="center"/>
            <w:tcMar>
              <w:top w:w="100" w:type="dxa"/>
              <w:start w:w="120" w:type="dxa"/>
              <w:bottom w:w="100" w:type="dxa"/>
              <w:end w:w="120" w:type="dxa"/>
            </w:tcMar>
          </w:tcPr>
          <w:p>
            <w:r>
              <w:rPr>
                <w:rFonts w:ascii="Aptos" w:hAnsi="Aptos" w:eastAsia="Aptos"/>
                <w:b w:val="0"/>
                <w:color w:val="243042"/>
                <w:sz w:val="18"/>
              </w:rPr>
              <w:t>Solo inferible mediante señales temporales, experimentos controlados o interfaces visibles.</w:t>
            </w:r>
          </w:p>
        </w:tc>
      </w:tr>
      <w:tr>
        <w:tc>
          <w:tcPr>
            <w:tcW w:type="dxa" w:w="3437"/>
            <w:shd w:fill="F1F5F9"/>
            <w:vAlign w:val="center"/>
            <w:tcMar>
              <w:top w:w="100" w:type="dxa"/>
              <w:start w:w="120" w:type="dxa"/>
              <w:bottom w:w="100" w:type="dxa"/>
              <w:end w:w="120" w:type="dxa"/>
            </w:tcMar>
          </w:tcPr>
          <w:p>
            <w:r>
              <w:rPr>
                <w:rFonts w:ascii="Aptos" w:hAnsi="Aptos" w:eastAsia="Aptos"/>
                <w:b/>
                <w:color w:val="243042"/>
                <w:sz w:val="18"/>
              </w:rPr>
              <w:t>4. Citación</w:t>
            </w:r>
          </w:p>
        </w:tc>
        <w:tc>
          <w:tcPr>
            <w:tcW w:type="dxa" w:w="3437"/>
            <w:vAlign w:val="center"/>
            <w:tcMar>
              <w:top w:w="100" w:type="dxa"/>
              <w:start w:w="120" w:type="dxa"/>
              <w:bottom w:w="100" w:type="dxa"/>
              <w:end w:w="120" w:type="dxa"/>
            </w:tcMar>
            <w:shd w:fill="F1F5F9"/>
          </w:tcPr>
          <w:p>
            <w:r>
              <w:rPr>
                <w:rFonts w:ascii="Aptos" w:hAnsi="Aptos" w:eastAsia="Aptos"/>
                <w:b w:val="0"/>
                <w:color w:val="243042"/>
                <w:sz w:val="18"/>
              </w:rPr>
              <w:t>¿La fuente fue mostrada o referenciada explícitamente?</w:t>
            </w:r>
          </w:p>
        </w:tc>
        <w:tc>
          <w:tcPr>
            <w:tcW w:type="dxa" w:w="3437"/>
            <w:vAlign w:val="center"/>
            <w:tcMar>
              <w:top w:w="100" w:type="dxa"/>
              <w:start w:w="120" w:type="dxa"/>
              <w:bottom w:w="100" w:type="dxa"/>
              <w:end w:w="120" w:type="dxa"/>
            </w:tcMar>
            <w:shd w:fill="F1F5F9"/>
          </w:tcPr>
          <w:p>
            <w:r>
              <w:rPr>
                <w:rFonts w:ascii="Aptos" w:hAnsi="Aptos" w:eastAsia="Aptos"/>
                <w:b w:val="0"/>
                <w:color w:val="243042"/>
                <w:sz w:val="18"/>
              </w:rPr>
              <w:t>Observable en la respuesta o en el panel de fuentes.</w:t>
            </w:r>
          </w:p>
        </w:tc>
      </w:tr>
      <w:tr>
        <w:tc>
          <w:tcPr>
            <w:tcW w:type="dxa" w:w="3437"/>
            <w:shd w:fill="F3F7FC"/>
            <w:vAlign w:val="center"/>
            <w:tcMar>
              <w:top w:w="100" w:type="dxa"/>
              <w:start w:w="120" w:type="dxa"/>
              <w:bottom w:w="100" w:type="dxa"/>
              <w:end w:w="120" w:type="dxa"/>
            </w:tcMar>
          </w:tcPr>
          <w:p>
            <w:r>
              <w:rPr>
                <w:rFonts w:ascii="Aptos" w:hAnsi="Aptos" w:eastAsia="Aptos"/>
                <w:b/>
                <w:color w:val="243042"/>
                <w:sz w:val="18"/>
              </w:rPr>
              <w:t>5. Influencia en la respuesta</w:t>
            </w:r>
          </w:p>
        </w:tc>
        <w:tc>
          <w:tcPr>
            <w:tcW w:type="dxa" w:w="3437"/>
            <w:vAlign w:val="center"/>
            <w:tcMar>
              <w:top w:w="100" w:type="dxa"/>
              <w:start w:w="120" w:type="dxa"/>
              <w:bottom w:w="100" w:type="dxa"/>
              <w:end w:w="120" w:type="dxa"/>
            </w:tcMar>
          </w:tcPr>
          <w:p>
            <w:r>
              <w:rPr>
                <w:rFonts w:ascii="Aptos" w:hAnsi="Aptos" w:eastAsia="Aptos"/>
                <w:b w:val="0"/>
                <w:color w:val="243042"/>
                <w:sz w:val="18"/>
              </w:rPr>
              <w:t>¿La información de la fuente modificó el contenido final?</w:t>
            </w:r>
          </w:p>
        </w:tc>
        <w:tc>
          <w:tcPr>
            <w:tcW w:type="dxa" w:w="3437"/>
            <w:vAlign w:val="center"/>
            <w:tcMar>
              <w:top w:w="100" w:type="dxa"/>
              <w:start w:w="120" w:type="dxa"/>
              <w:bottom w:w="100" w:type="dxa"/>
              <w:end w:w="120" w:type="dxa"/>
            </w:tcMar>
          </w:tcPr>
          <w:p>
            <w:r>
              <w:rPr>
                <w:rFonts w:ascii="Aptos" w:hAnsi="Aptos" w:eastAsia="Aptos"/>
                <w:b w:val="0"/>
                <w:color w:val="243042"/>
                <w:sz w:val="18"/>
              </w:rPr>
              <w:t>Requiere rúbricas predefinidas, marcadores controlados y comparación experimental.</w:t>
            </w:r>
          </w:p>
        </w:tc>
      </w:tr>
    </w:tbl>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El error metodológico más frecuente es usar evidencia de una capa para afirmar resultados en otra.</w:t>
            </w:r>
          </w:p>
        </w:tc>
      </w:tr>
    </w:tbl>
    <w:p/>
    <w:p>
      <w:pPr>
        <w:pStyle w:val="Heading2"/>
        <w:spacing w:before="400" w:after="140"/>
      </w:pPr>
      <w:r>
        <w:rPr>
          <w:rFonts w:ascii="Arial" w:hAnsi="Arial"/>
          <w:b/>
          <w:color w:val="3B82F6"/>
          <w:sz w:val="48"/>
        </w:rPr>
        <w:t>5. Dos comportamientos distintos</w:t>
      </w:r>
    </w:p>
    <w:p>
      <w:pPr>
        <w:spacing w:before="280" w:after="140"/>
      </w:pPr>
      <w:r>
        <w:rPr>
          <w:rFonts w:ascii="Arial" w:hAnsi="Arial"/>
          <w:b/>
          <w:color w:val="141C28"/>
          <w:sz w:val="32"/>
        </w:rPr>
        <w:t>Adquisición persistente del corpus</w:t>
      </w:r>
    </w:p>
    <w:p>
      <w:pPr>
        <w:spacing w:after="120"/>
      </w:pPr>
      <w:r>
        <w:rPr>
          <w:rFonts w:ascii="Arial" w:hAnsi="Arial"/>
          <w:b w:val="0"/>
          <w:color w:val="141C28"/>
          <w:sz w:val="21"/>
        </w:rPr>
        <w:t>Patrón caracterizado por volumen acumulado, recurrencia, cobertura amplia de rutas y comportamiento sostenido en el tiempo. Puede estar asociado a crawlers de búsqueda, entrenamiento, descubrimiento o indexación, pero el User-Agent por sí solo no demuestra la finalidad interna.</w:t>
      </w:r>
    </w:p>
    <w:p>
      <w:pPr>
        <w:spacing w:before="280" w:after="140"/>
      </w:pPr>
      <w:r>
        <w:rPr>
          <w:rFonts w:ascii="Arial" w:hAnsi="Arial"/>
          <w:b/>
          <w:color w:val="141C28"/>
          <w:sz w:val="32"/>
        </w:rPr>
        <w:t>Recuperación episódica en tiempo de respuesta</w:t>
      </w:r>
    </w:p>
    <w:p>
      <w:pPr>
        <w:spacing w:after="120"/>
      </w:pPr>
      <w:r>
        <w:rPr>
          <w:rFonts w:ascii="Arial" w:hAnsi="Arial"/>
          <w:b w:val="0"/>
          <w:color w:val="141C28"/>
          <w:sz w:val="21"/>
        </w:rPr>
        <w:t>Patrón potencialmente asociado a una consulta o acción concreta del usuario. Suele presentar menor volumen total, mayor proximidad temporal, rutas más específicas y comportamiento en ráfagas. La proximidad temporal es una señal de atribución, no una prueba suficiente por sí sola.</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Persistencia y proximidad son patrones observables. Entrenamiento y uso en respuesta son finalidades que requieren evidencia adicional.</w:t>
            </w:r>
          </w:p>
        </w:tc>
      </w:tr>
    </w:tbl>
    <w:p/>
    <w:p>
      <w:pPr>
        <w:pStyle w:val="Heading2"/>
        <w:spacing w:before="400" w:after="140"/>
      </w:pPr>
      <w:r>
        <w:rPr>
          <w:rFonts w:ascii="Arial" w:hAnsi="Arial"/>
          <w:b/>
          <w:color w:val="3B82F6"/>
          <w:sz w:val="48"/>
        </w:rPr>
        <w:t>6. Qué registra ENTIA</w:t>
      </w:r>
    </w:p>
    <w:p>
      <w:pPr>
        <w:pStyle w:val="ListBullet"/>
        <w:spacing w:after="60"/>
      </w:pPr>
      <w:r>
        <w:rPr>
          <w:rFonts w:ascii="Arial" w:hAnsi="Arial"/>
          <w:color w:val="141C28"/>
          <w:sz w:val="20"/>
        </w:rPr>
        <w:t>Marca temporal de la solicitud.</w:t>
      </w:r>
    </w:p>
    <w:p>
      <w:pPr>
        <w:pStyle w:val="ListBullet"/>
        <w:spacing w:after="60"/>
      </w:pPr>
      <w:r>
        <w:rPr>
          <w:rFonts w:ascii="Arial" w:hAnsi="Arial"/>
          <w:color w:val="141C28"/>
          <w:sz w:val="20"/>
        </w:rPr>
        <w:t>Ruta y recurso solicitado.</w:t>
      </w:r>
    </w:p>
    <w:p>
      <w:pPr>
        <w:pStyle w:val="ListBullet"/>
        <w:spacing w:after="60"/>
      </w:pPr>
      <w:r>
        <w:rPr>
          <w:rFonts w:ascii="Arial" w:hAnsi="Arial"/>
          <w:color w:val="141C28"/>
          <w:sz w:val="20"/>
        </w:rPr>
        <w:t>User-Agent declarado.</w:t>
      </w:r>
    </w:p>
    <w:p>
      <w:pPr>
        <w:pStyle w:val="ListBullet"/>
        <w:spacing w:after="60"/>
      </w:pPr>
      <w:r>
        <w:rPr>
          <w:rFonts w:ascii="Arial" w:hAnsi="Arial"/>
          <w:color w:val="141C28"/>
          <w:sz w:val="20"/>
        </w:rPr>
        <w:t>Contexto de red disponible, incluida validación de ASN o reverse DNS cuando procede.</w:t>
      </w:r>
    </w:p>
    <w:p>
      <w:pPr>
        <w:pStyle w:val="ListBullet"/>
        <w:spacing w:after="60"/>
      </w:pPr>
      <w:r>
        <w:rPr>
          <w:rFonts w:ascii="Arial" w:hAnsi="Arial"/>
          <w:color w:val="141C28"/>
          <w:sz w:val="20"/>
        </w:rPr>
        <w:t>Código de respuesta y estado de entrega.</w:t>
      </w:r>
    </w:p>
    <w:p>
      <w:pPr>
        <w:pStyle w:val="ListBullet"/>
        <w:spacing w:after="60"/>
      </w:pPr>
      <w:r>
        <w:rPr>
          <w:rFonts w:ascii="Arial" w:hAnsi="Arial"/>
          <w:color w:val="141C28"/>
          <w:sz w:val="20"/>
        </w:rPr>
        <w:t>Bytes servidos.</w:t>
      </w:r>
    </w:p>
    <w:p>
      <w:pPr>
        <w:pStyle w:val="ListBullet"/>
        <w:spacing w:after="60"/>
      </w:pPr>
      <w:r>
        <w:rPr>
          <w:rFonts w:ascii="Arial" w:hAnsi="Arial"/>
          <w:color w:val="141C28"/>
          <w:sz w:val="20"/>
        </w:rPr>
        <w:t>Comportamiento de caché y origen.</w:t>
      </w:r>
    </w:p>
    <w:p>
      <w:pPr>
        <w:pStyle w:val="ListBullet"/>
        <w:spacing w:after="60"/>
      </w:pPr>
      <w:r>
        <w:rPr>
          <w:rFonts w:ascii="Arial" w:hAnsi="Arial"/>
          <w:color w:val="141C28"/>
          <w:sz w:val="20"/>
        </w:rPr>
        <w:t>Frecuencia, recurrencia y persistencia.</w:t>
      </w:r>
    </w:p>
    <w:p>
      <w:pPr>
        <w:pStyle w:val="ListBullet"/>
        <w:spacing w:after="60"/>
      </w:pPr>
      <w:r>
        <w:rPr>
          <w:rFonts w:ascii="Arial" w:hAnsi="Arial"/>
          <w:color w:val="141C28"/>
          <w:sz w:val="20"/>
        </w:rPr>
        <w:t>Relación con otras solicitudes dentro de una ventana definida.</w:t>
      </w:r>
    </w:p>
    <w:p>
      <w:pPr>
        <w:pStyle w:val="Heading2"/>
        <w:spacing w:before="400" w:after="140"/>
      </w:pPr>
      <w:r>
        <w:rPr>
          <w:rFonts w:ascii="Arial" w:hAnsi="Arial"/>
          <w:b/>
          <w:color w:val="3B82F6"/>
          <w:sz w:val="48"/>
        </w:rPr>
        <w:t>7. Qué puede demostrar</w:t>
      </w:r>
    </w:p>
    <w:p>
      <w:pPr>
        <w:pStyle w:val="ListBullet"/>
        <w:spacing w:after="60"/>
      </w:pPr>
      <w:r>
        <w:rPr>
          <w:rFonts w:ascii="Arial" w:hAnsi="Arial"/>
          <w:color w:val="141C28"/>
          <w:sz w:val="20"/>
        </w:rPr>
        <w:t>Que una solicitud ocurrió.</w:t>
      </w:r>
    </w:p>
    <w:p>
      <w:pPr>
        <w:pStyle w:val="ListBullet"/>
        <w:spacing w:after="60"/>
      </w:pPr>
      <w:r>
        <w:rPr>
          <w:rFonts w:ascii="Arial" w:hAnsi="Arial"/>
          <w:color w:val="141C28"/>
          <w:sz w:val="20"/>
        </w:rPr>
        <w:t>Que una ruta concreta fue accedida.</w:t>
      </w:r>
    </w:p>
    <w:p>
      <w:pPr>
        <w:pStyle w:val="ListBullet"/>
        <w:spacing w:after="60"/>
      </w:pPr>
      <w:r>
        <w:rPr>
          <w:rFonts w:ascii="Arial" w:hAnsi="Arial"/>
          <w:color w:val="141C28"/>
          <w:sz w:val="20"/>
        </w:rPr>
        <w:t>Que el servidor entregó una respuesta.</w:t>
      </w:r>
    </w:p>
    <w:p>
      <w:pPr>
        <w:pStyle w:val="ListBullet"/>
        <w:spacing w:after="60"/>
      </w:pPr>
      <w:r>
        <w:rPr>
          <w:rFonts w:ascii="Arial" w:hAnsi="Arial"/>
          <w:color w:val="141C28"/>
          <w:sz w:val="20"/>
        </w:rPr>
        <w:t>Qué volumen fue transferido.</w:t>
      </w:r>
    </w:p>
    <w:p>
      <w:pPr>
        <w:pStyle w:val="ListBullet"/>
        <w:spacing w:after="60"/>
      </w:pPr>
      <w:r>
        <w:rPr>
          <w:rFonts w:ascii="Arial" w:hAnsi="Arial"/>
          <w:color w:val="141C28"/>
          <w:sz w:val="20"/>
        </w:rPr>
        <w:t>Con qué frecuencia y persistencia se produjo el acceso.</w:t>
      </w:r>
    </w:p>
    <w:p>
      <w:pPr>
        <w:pStyle w:val="ListBullet"/>
        <w:spacing w:after="60"/>
      </w:pPr>
      <w:r>
        <w:rPr>
          <w:rFonts w:ascii="Arial" w:hAnsi="Arial"/>
          <w:color w:val="141C28"/>
          <w:sz w:val="20"/>
        </w:rPr>
        <w:t>Qué User-Agent fue declarado.</w:t>
      </w:r>
    </w:p>
    <w:p>
      <w:pPr>
        <w:pStyle w:val="ListBullet"/>
        <w:spacing w:after="60"/>
      </w:pPr>
      <w:r>
        <w:rPr>
          <w:rFonts w:ascii="Arial" w:hAnsi="Arial"/>
          <w:color w:val="141C28"/>
          <w:sz w:val="20"/>
        </w:rPr>
        <w:t>Qué contexto técnico acompañó a la solicitud.</w:t>
      </w:r>
    </w:p>
    <w:p>
      <w:pPr>
        <w:pStyle w:val="Heading2"/>
        <w:spacing w:before="400" w:after="140"/>
      </w:pPr>
      <w:r>
        <w:rPr>
          <w:rFonts w:ascii="Arial" w:hAnsi="Arial"/>
          <w:b/>
          <w:color w:val="3B82F6"/>
          <w:sz w:val="48"/>
        </w:rPr>
        <w:t>8. Qué no demuestra por sí sola</w:t>
      </w:r>
    </w:p>
    <w:p>
      <w:pPr>
        <w:pStyle w:val="ListBullet"/>
        <w:spacing w:after="60"/>
      </w:pPr>
      <w:r>
        <w:rPr>
          <w:rFonts w:ascii="Arial" w:hAnsi="Arial"/>
          <w:color w:val="141C28"/>
          <w:sz w:val="20"/>
        </w:rPr>
        <w:t>Que el contenido se utilizó para entrenamiento.</w:t>
      </w:r>
    </w:p>
    <w:p>
      <w:pPr>
        <w:pStyle w:val="ListBullet"/>
        <w:spacing w:after="60"/>
      </w:pPr>
      <w:r>
        <w:rPr>
          <w:rFonts w:ascii="Arial" w:hAnsi="Arial"/>
          <w:color w:val="141C28"/>
          <w:sz w:val="20"/>
        </w:rPr>
        <w:t>Que fue almacenado o memorizado.</w:t>
      </w:r>
    </w:p>
    <w:p>
      <w:pPr>
        <w:pStyle w:val="ListBullet"/>
        <w:spacing w:after="60"/>
      </w:pPr>
      <w:r>
        <w:rPr>
          <w:rFonts w:ascii="Arial" w:hAnsi="Arial"/>
          <w:color w:val="141C28"/>
          <w:sz w:val="20"/>
        </w:rPr>
        <w:t>Que se convirtió en embeddings.</w:t>
      </w:r>
    </w:p>
    <w:p>
      <w:pPr>
        <w:pStyle w:val="ListBullet"/>
        <w:spacing w:after="60"/>
      </w:pPr>
      <w:r>
        <w:rPr>
          <w:rFonts w:ascii="Arial" w:hAnsi="Arial"/>
          <w:color w:val="141C28"/>
          <w:sz w:val="20"/>
        </w:rPr>
        <w:t>Que se utilizó para RAG o grounding.</w:t>
      </w:r>
    </w:p>
    <w:p>
      <w:pPr>
        <w:pStyle w:val="ListBullet"/>
        <w:spacing w:after="60"/>
      </w:pPr>
      <w:r>
        <w:rPr>
          <w:rFonts w:ascii="Arial" w:hAnsi="Arial"/>
          <w:color w:val="141C28"/>
          <w:sz w:val="20"/>
        </w:rPr>
        <w:t>Que se integró en un producto.</w:t>
      </w:r>
    </w:p>
    <w:p>
      <w:pPr>
        <w:pStyle w:val="ListBullet"/>
        <w:spacing w:after="60"/>
      </w:pPr>
      <w:r>
        <w:rPr>
          <w:rFonts w:ascii="Arial" w:hAnsi="Arial"/>
          <w:color w:val="141C28"/>
          <w:sz w:val="20"/>
        </w:rPr>
        <w:t>Que influyó en una respuesta concreta.</w:t>
      </w:r>
    </w:p>
    <w:p>
      <w:pPr>
        <w:pStyle w:val="ListBullet"/>
        <w:spacing w:after="60"/>
      </w:pPr>
      <w:r>
        <w:rPr>
          <w:rFonts w:ascii="Arial" w:hAnsi="Arial"/>
          <w:color w:val="141C28"/>
          <w:sz w:val="20"/>
        </w:rPr>
        <w:t>Que cada solicitud constituye una infracción.</w:t>
      </w:r>
    </w:p>
    <w:p>
      <w:pPr>
        <w:pStyle w:val="ListBullet"/>
        <w:spacing w:after="60"/>
      </w:pPr>
      <w:r>
        <w:rPr>
          <w:rFonts w:ascii="Arial" w:hAnsi="Arial"/>
          <w:color w:val="141C28"/>
          <w:sz w:val="20"/>
        </w:rPr>
        <w:t>Que existe una deuda o un daño automático por acceso.</w:t>
      </w:r>
    </w:p>
    <w:p>
      <w:pPr>
        <w:pStyle w:val="Heading2"/>
        <w:spacing w:before="400" w:after="140"/>
      </w:pPr>
      <w:r>
        <w:rPr>
          <w:rFonts w:ascii="Arial" w:hAnsi="Arial"/>
          <w:b/>
          <w:color w:val="3B82F6"/>
          <w:sz w:val="48"/>
        </w:rPr>
        <w:t>9. Atribución de operadores</w:t>
      </w:r>
    </w:p>
    <w:p>
      <w:pPr>
        <w:spacing w:after="120"/>
      </w:pPr>
      <w:r>
        <w:rPr>
          <w:rFonts w:ascii="Arial" w:hAnsi="Arial"/>
          <w:b w:val="0"/>
          <w:color w:val="141C28"/>
          <w:sz w:val="21"/>
        </w:rPr>
        <w:t>El User-Agent es una declaración del cliente. ENTIA puede asociar públicamente una familia de agente con una compañía cuando esa relación está documentada por el propio operador. La atribución definitiva de una solicitud concreta exige señales adicionales, como rangos de red, ASN, reverse DNS y consistencia temporal.</w:t>
      </w:r>
    </w:p>
    <w:p>
      <w:pPr>
        <w:spacing w:after="120"/>
      </w:pPr>
      <w:r>
        <w:rPr>
          <w:rFonts w:ascii="Arial" w:hAnsi="Arial"/>
          <w:b w:val="0"/>
          <w:color w:val="141C28"/>
          <w:sz w:val="21"/>
        </w:rPr>
        <w:t>Por ello, los materiales públicos utilizan formulaciones como “familia de bot asociada públicamente a” y evitan presentar el User-Agent como prueba jurídica suficiente de identidad.</w:t>
      </w:r>
    </w:p>
    <w:p>
      <w:pPr>
        <w:pStyle w:val="Heading2"/>
        <w:spacing w:before="400" w:after="140"/>
      </w:pPr>
      <w:r>
        <w:rPr>
          <w:rFonts w:ascii="Arial" w:hAnsi="Arial"/>
          <w:b/>
          <w:color w:val="3B82F6"/>
          <w:sz w:val="48"/>
        </w:rPr>
        <w:t>10. Reproducibilidad y revisión</w:t>
      </w:r>
    </w:p>
    <w:p>
      <w:pPr>
        <w:pStyle w:val="ListBullet"/>
        <w:spacing w:after="60"/>
      </w:pPr>
      <w:r>
        <w:rPr>
          <w:rFonts w:ascii="Arial" w:hAnsi="Arial"/>
          <w:color w:val="141C28"/>
          <w:sz w:val="20"/>
        </w:rPr>
        <w:t>Cada análisis público debe identificar el periodo exacto.</w:t>
      </w:r>
    </w:p>
    <w:p>
      <w:pPr>
        <w:pStyle w:val="ListBullet"/>
        <w:spacing w:after="60"/>
      </w:pPr>
      <w:r>
        <w:rPr>
          <w:rFonts w:ascii="Arial" w:hAnsi="Arial"/>
          <w:color w:val="141C28"/>
          <w:sz w:val="20"/>
        </w:rPr>
        <w:t>Los gaps se conservan y documentan; no se interpolan.</w:t>
      </w:r>
    </w:p>
    <w:p>
      <w:pPr>
        <w:pStyle w:val="ListBullet"/>
        <w:spacing w:after="60"/>
      </w:pPr>
      <w:r>
        <w:rPr>
          <w:rFonts w:ascii="Arial" w:hAnsi="Arial"/>
          <w:color w:val="141C28"/>
          <w:sz w:val="20"/>
        </w:rPr>
        <w:t>El tráfico interno se separa de la cifra comercial externa.</w:t>
      </w:r>
    </w:p>
    <w:p>
      <w:pPr>
        <w:pStyle w:val="ListBullet"/>
        <w:spacing w:after="60"/>
      </w:pPr>
      <w:r>
        <w:rPr>
          <w:rFonts w:ascii="Arial" w:hAnsi="Arial"/>
          <w:color w:val="141C28"/>
          <w:sz w:val="20"/>
        </w:rPr>
        <w:t>Las reglas de clasificación se fijan antes de interpretar resultados.</w:t>
      </w:r>
    </w:p>
    <w:p>
      <w:pPr>
        <w:pStyle w:val="ListBullet"/>
        <w:spacing w:after="60"/>
      </w:pPr>
      <w:r>
        <w:rPr>
          <w:rFonts w:ascii="Arial" w:hAnsi="Arial"/>
          <w:color w:val="141C28"/>
          <w:sz w:val="20"/>
        </w:rPr>
        <w:t>Los conjuntos pueden acompañarse de manifiestos y hashes.</w:t>
      </w:r>
    </w:p>
    <w:p>
      <w:pPr>
        <w:pStyle w:val="ListBullet"/>
        <w:spacing w:after="60"/>
      </w:pPr>
      <w:r>
        <w:rPr>
          <w:rFonts w:ascii="Arial" w:hAnsi="Arial"/>
          <w:color w:val="141C28"/>
          <w:sz w:val="20"/>
        </w:rPr>
        <w:t>Las conclusiones deben mantenerse dentro de la capa realmente observada.</w:t>
      </w:r>
    </w:p>
    <w:p>
      <w:pPr>
        <w:pStyle w:val="ListBullet"/>
        <w:spacing w:after="60"/>
      </w:pPr>
      <w:r>
        <w:rPr>
          <w:rFonts w:ascii="Arial" w:hAnsi="Arial"/>
          <w:color w:val="141C28"/>
          <w:sz w:val="20"/>
        </w:rPr>
        <w:t>Los datos sensibles permanecen en la sala de evidencia privada.</w:t>
      </w:r>
    </w:p>
    <w:p>
      <w:pPr>
        <w:pStyle w:val="Heading2"/>
        <w:spacing w:before="400" w:after="140"/>
      </w:pPr>
      <w:r>
        <w:rPr>
          <w:rFonts w:ascii="Arial" w:hAnsi="Arial"/>
          <w:b/>
          <w:color w:val="3B82F6"/>
          <w:sz w:val="48"/>
        </w:rPr>
        <w:t>11. Formulación metodológica aprobada</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Ambas cifras proceden de la infraestructura de telemetría máquina de ENTIA. El acumulado de seis meses expresa el volumen histórico observado; la ventana de 19 días constituye el conjunto forense clasificado y utilizado para el análisis público detallado.</w:t>
            </w:r>
          </w:p>
        </w:tc>
      </w:tr>
    </w:tbl>
    <w:p/>
    <w:p>
      <w:pPr>
        <w:pStyle w:val="Heading2"/>
        <w:spacing w:before="280" w:after="140"/>
      </w:pPr>
      <w:r>
        <w:rPr>
          <w:rFonts w:ascii="Arial" w:hAnsi="Arial"/>
          <w:b/>
          <w:color w:val="141C28"/>
          <w:sz w:val="32"/>
        </w:rPr>
        <w:t>12. Aplicación editorial y de investigación</w:t>
      </w:r>
    </w:p>
    <w:p>
      <w:pPr>
        <w:spacing w:after="120"/>
      </w:pPr>
      <w:r>
        <w:rPr>
          <w:rFonts w:ascii="Arial" w:hAnsi="Arial"/>
          <w:color w:val="141C28"/>
          <w:sz w:val="20"/>
        </w:rPr>
        <w:t>Esta metodología debe acompañar cualquier cifra pública, entrevista, colaboración académica o experimento conjunto que utilice la telemetría de ENTIA.</w:t>
      </w:r>
    </w:p>
    <w:p>
      <w:pPr>
        <w:pStyle w:val="ListBullet"/>
        <w:spacing w:after="60"/>
      </w:pPr>
      <w:r>
        <w:rPr>
          <w:rFonts w:ascii="Arial" w:hAnsi="Arial"/>
          <w:color w:val="141C28"/>
          <w:sz w:val="20"/>
        </w:rPr>
        <w:t>En prensa: sirve para explicar con claridad qué está probado y qué permanece fuera del alcance de la evidencia.</w:t>
      </w:r>
    </w:p>
    <w:p>
      <w:pPr>
        <w:pStyle w:val="ListBullet"/>
        <w:spacing w:after="60"/>
      </w:pPr>
      <w:r>
        <w:rPr>
          <w:rFonts w:ascii="Arial" w:hAnsi="Arial"/>
          <w:color w:val="141C28"/>
          <w:sz w:val="20"/>
        </w:rPr>
        <w:t>En investigación: permite prerregistrar hipótesis y mantener separadas las cinco capas de medición.</w:t>
      </w:r>
    </w:p>
    <w:p>
      <w:pPr>
        <w:pStyle w:val="ListBullet"/>
        <w:spacing w:after="60"/>
      </w:pPr>
      <w:r>
        <w:rPr>
          <w:rFonts w:ascii="Arial" w:hAnsi="Arial"/>
          <w:color w:val="141C28"/>
          <w:sz w:val="20"/>
        </w:rPr>
        <w:t>En operadores: ofrece una base técnica para conversaciones con legal, policy, compliance y procurement.</w:t>
      </w:r>
    </w:p>
    <w:p>
      <w:pPr>
        <w:pStyle w:val="ListBullet"/>
        <w:spacing w:after="60"/>
      </w:pPr>
      <w:r>
        <w:rPr>
          <w:rFonts w:ascii="Arial" w:hAnsi="Arial"/>
          <w:color w:val="141C28"/>
          <w:sz w:val="20"/>
        </w:rPr>
        <w:t>En la sala de evidencia: permite conectar los agregados públicos con registros, manifiestos y hashes conservados de forma privada.</w:t>
      </w:r>
    </w:p>
    <w:p>
      <w:pPr>
        <w:pStyle w:val="Heading2"/>
        <w:spacing w:before="280" w:after="140"/>
      </w:pPr>
      <w:r>
        <w:rPr>
          <w:rFonts w:ascii="Arial" w:hAnsi="Arial"/>
          <w:b/>
          <w:color w:val="141C28"/>
          <w:sz w:val="32"/>
        </w:rPr>
        <w:t>13. Principio de cierre</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ENTIA comunica únicamente aquello que su infraestructura puede demostrar. La precisión metodológica no reduce la fuerza del caso: la hace defendible.</w:t>
            </w:r>
          </w:p>
        </w:tc>
      </w:tr>
    </w:tbl>
    <w:sectPr w:rsidR="00FC693F" w:rsidRPr="0006063C" w:rsidSect="00034616">
      <w:headerReference w:type="default" r:id="rId9"/>
      <w:footerReference w:type="default" r:id="rId10"/>
      <w:pgSz w:w="12240" w:h="15840"/>
      <w:pgMar w:top="1037" w:right="1123" w:bottom="936" w:left="1123"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475569"/>
        <w:sz w:val="16"/>
      </w:rPr>
      <w:t xml:space="preserve">ENTIA · entia.systems/press · fv@entia.systems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Metodología</w:t>
    </w:r>
  </w:p>
  <w:tbl>
    <w:tblPr>
      <w:tblW w:type="auto" w:w="0"/>
      <w:jc w:val="center"/>
      <w:tblLayout w:type="fixed"/>
      <w:tblLook w:firstColumn="1" w:firstRow="1" w:lastColumn="0" w:lastRow="0" w:noHBand="0" w:noVBand="1" w:val="04A0"/>
      <w:bottom w:val="single" w:sz="12" w:color="2563EB"/>
      <w:bottom w:val="single" w:sz="12" w:color="2563EB"/>
      <w:bottom w:val="single" w:sz="12" w:color="2563EB"/>
    </w:tblPr>
    <w:tblGrid>
      <w:gridCol w:w="1584"/>
      <w:gridCol w:w="8064"/>
    </w:tblGrid>
    <w:tr>
      <w:tc>
        <w:tcPr>
          <w:tcW w:type="dxa" w:w="4824"/>
          <w:tcMar>
            <w:top w:w="0" w:type="dxa"/>
            <w:start w:w="0" w:type="dxa"/>
            <w:bottom w:w="70" w:type="dxa"/>
            <w:end w:w="0" w:type="dxa"/>
          </w:tcMar>
        </w:tcPr>
        <w:p>
          <w:r/>
          <w:r>
            <w:rPr>
              <w:rFonts w:ascii="Aptos Display" w:hAnsi="Aptos Display" w:eastAsia="Aptos Display"/>
              <w:b/>
              <w:color w:val="07101D"/>
              <w:sz w:val="24"/>
            </w:rPr>
            <w:t>ENTIA</w:t>
          </w:r>
        </w:p>
      </w:tc>
      <w:tc>
        <w:tcPr>
          <w:tcW w:type="dxa" w:w="4824"/>
          <w:tcMar>
            <w:top w:w="0" w:type="dxa"/>
            <w:start w:w="0" w:type="dxa"/>
            <w:bottom w:w="70" w:type="dxa"/>
            <w:end w:w="0" w:type="dxa"/>
          </w:tcMar>
        </w:tcPr>
        <w:p>
          <w:pPr>
            <w:jc w:val="right"/>
          </w:pPr>
          <w:r/>
          <w:r>
            <w:rPr>
              <w:rFonts w:ascii="Aptos" w:hAnsi="Aptos" w:eastAsia="Aptos"/>
              <w:b/>
              <w:color w:val="2563EB"/>
              <w:sz w:val="16"/>
            </w:rPr>
            <w:t>EUROPEAN MACHINE ACCESS CASE</w:t>
            <w:br/>
            <w:t>PRESS MATERIAL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eastAsia="Aptos"/>
      <w:color w:val="2430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eastAsia="Aptos Display"/>
      <w:b/>
      <w:bCs/>
      <w:color w:val="07101D"/>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eastAsia="Aptos Display"/>
      <w:b/>
      <w:bCs/>
      <w:color w:val="07101D"/>
      <w:sz w:val="28"/>
      <w:szCs w:val="26"/>
    </w:rPr>
  </w:style>
  <w:style w:type="paragraph" w:styleId="Heading3">
    <w:name w:val="heading 3"/>
    <w:basedOn w:val="Normal"/>
    <w:next w:val="Normal"/>
    <w:link w:val="Heading3Char"/>
    <w:uiPriority w:val="9"/>
    <w:unhideWhenUsed/>
    <w:qFormat/>
    <w:rsid w:val="00FC693F"/>
    <w:pPr>
      <w:keepNext/>
      <w:keepLines/>
      <w:spacing w:before="280" w:after="140"/>
      <w:outlineLvl w:val="2"/>
    </w:pPr>
    <w:rPr>
      <w:rFonts w:asciiTheme="majorHAnsi" w:eastAsiaTheme="majorEastAsia" w:hAnsiTheme="majorHAnsi" w:cstheme="majorBidi" w:ascii="Aptos Display" w:hAnsi="Aptos Display" w:eastAsia="Aptos Display"/>
      <w:b/>
      <w:bCs/>
      <w:color w:val="2563E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eastAsia="Aptos Display"/>
      <w:b/>
      <w:color w:val="07101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ptos Display" w:hAnsi="Aptos Display" w:eastAsia="Aptos Display"/>
      <w:b w:val="0"/>
      <w:i/>
      <w:iCs/>
      <w:color w:val="475569"/>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PIEZA 8 · METODOLOGÍA Y ALCANCE PROBATORIO</dc:title>
  <dc:subject>ENTIA European Machine Access Case press material</dc:subject>
  <dc:creator>ENTIA / PrecisionAI Marketing OÜ</dc:creator>
  <cp:keywords>ENTIA, EMAC, machine access, press room</cp:keywords>
  <dc:description>Official press-room edition. Source: entia.systems/press</dc:description>
  <cp:lastModifiedBy/>
  <cp:revision>1</cp:revision>
  <dcterms:created xsi:type="dcterms:W3CDTF">2013-12-23T23:15:00Z</dcterms:created>
  <dcterms:modified xsi:type="dcterms:W3CDTF">2013-12-23T23:15:00Z</dcterms:modified>
  <cp:category/>
</cp:coreProperties>
</file>