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31920" cy="7017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7017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12 · GRÁFICOS Y RECURSOS VISUALES</w:t>
      </w:r>
    </w:p>
    <w:p>
      <w:pPr>
        <w:pStyle w:val="Title"/>
        <w:spacing w:after="180"/>
        <w:jc w:val="center"/>
      </w:pPr>
      <w:r>
        <w:rPr>
          <w:rFonts w:ascii="Arial" w:hAnsi="Arial"/>
          <w:b/>
          <w:color w:val="141C28"/>
          <w:sz w:val="50"/>
        </w:rPr>
        <w:t>Kit visual para prensa, análisis y presentaciones</w:t>
      </w:r>
    </w:p>
    <w:p>
      <w:pPr>
        <w:pStyle w:val="Subtitle"/>
        <w:spacing w:after="320"/>
        <w:jc w:val="center"/>
      </w:pPr>
      <w:r>
        <w:rPr>
          <w:rFonts w:ascii="Arial" w:hAnsi="Arial"/>
          <w:b w:val="0"/>
          <w:color w:val="5A6473"/>
          <w:sz w:val="24"/>
        </w:rPr>
        <w:t>Visualizaciones basadas en la ventana forense clasificada de ENTIA.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1. Cifra principal</w:t>
      </w:r>
    </w:p>
    <w:p>
      <w:r>
        <w:drawing>
          <wp:inline xmlns:a="http://schemas.openxmlformats.org/drawingml/2006/main" xmlns:pic="http://schemas.openxmlformats.org/drawingml/2006/picture">
            <wp:extent cx="6675120" cy="32949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tarjeta_cifra_principa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32949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hAnsi="Arial"/>
          <w:b w:val="0"/>
          <w:color w:val="5A6473"/>
          <w:sz w:val="19"/>
        </w:rPr>
        <w:t>Uso recomendado: portada, apertura de nota de prensa, redes profesionales y presentación institucional.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2. Ranking de solicitudes por agente</w:t>
      </w:r>
    </w:p>
    <w:p>
      <w:r>
        <w:drawing>
          <wp:inline xmlns:a="http://schemas.openxmlformats.org/drawingml/2006/main" xmlns:pic="http://schemas.openxmlformats.org/drawingml/2006/picture">
            <wp:extent cx="6675120" cy="407989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ranking_solicitudes_por_agent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40798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Lectura permitida: volumen de solicitudes asociado a las familias de User-Agent observadas. La etiqueta no demuestra por sí sola la identidad jurídica del solicitante ni el uso posterior del contenido.</w:t>
      </w:r>
    </w:p>
    <w:p>
      <w:pPr>
        <w:spacing w:before="400" w:after="140"/>
        <w:pStyle w:val="Heading2"/>
        <w:pageBreakBefore w:val="1"/>
      </w:pPr>
      <w:r>
        <w:rPr>
          <w:rFonts w:ascii="Arial" w:hAnsi="Arial"/>
          <w:b/>
          <w:color w:val="3B82F6"/>
          <w:sz w:val="48"/>
        </w:rPr>
        <w:t>3. Distribución del tráfico externo</w:t>
      </w:r>
    </w:p>
    <w:p>
      <w:r>
        <w:drawing>
          <wp:inline xmlns:a="http://schemas.openxmlformats.org/drawingml/2006/main" xmlns:pic="http://schemas.openxmlformats.org/drawingml/2006/picture">
            <wp:extent cx="6217920" cy="499827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distribucion_solicitudes_externa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998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La categoría «Resto» incluye agentes minoritarios y tráfico externo clasificado fuera de las siete familias principales.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4. Marco de cinco capas</w:t>
      </w:r>
    </w:p>
    <w:p>
      <w:r>
        <w:drawing>
          <wp:inline xmlns:a="http://schemas.openxmlformats.org/drawingml/2006/main" xmlns:pic="http://schemas.openxmlformats.org/drawingml/2006/picture">
            <wp:extent cx="6675120" cy="267902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marco_cinco_capa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6790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ENTIA observa directamente acceso. Elegibilidad, recuperación e influencia requieren señales o experimentos adicionales; la citación puede observarse cuando una interfaz muestra la fuente.</w:t>
      </w:r>
    </w:p>
    <w:p>
      <w:pPr>
        <w:spacing w:before="400" w:after="140"/>
        <w:pStyle w:val="Heading2"/>
        <w:pageBreakBefore w:val="1"/>
      </w:pPr>
      <w:r>
        <w:rPr>
          <w:rFonts w:ascii="Arial" w:hAnsi="Arial"/>
          <w:b/>
          <w:color w:val="3B82F6"/>
          <w:sz w:val="48"/>
        </w:rPr>
        <w:t>5. Adquisición persistente y recuperación episódica</w:t>
      </w:r>
    </w:p>
    <w:p>
      <w:r>
        <w:drawing>
          <wp:inline xmlns:a="http://schemas.openxmlformats.org/drawingml/2006/main" xmlns:pic="http://schemas.openxmlformats.org/drawingml/2006/picture">
            <wp:extent cx="6675120" cy="331244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persistente_vs_episodica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33124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Este visual representa dos patrones observables. No debe utilizarse para afirmar entrenamiento, almacenamiento o uso en respuesta sin evidencia adicional.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6. Arquitectura de trazabilidad</w:t>
      </w:r>
    </w:p>
    <w:p>
      <w:r>
        <w:drawing>
          <wp:inline xmlns:a="http://schemas.openxmlformats.org/drawingml/2006/main" xmlns:pic="http://schemas.openxmlformats.org/drawingml/2006/picture">
            <wp:extent cx="6675120" cy="264193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arquitectura_trazabilidad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6419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after="120"/>
      </w:pPr>
      <w:r>
        <w:rPr>
          <w:rFonts w:ascii="Arial" w:hAnsi="Arial"/>
          <w:b w:val="0"/>
          <w:color w:val="5A6473"/>
          <w:sz w:val="19"/>
        </w:rPr>
        <w:t>Resumen editorial de la cadena de captura, conservación, análisis e integridad. Los detalles sensibles permanecen en la sala de evidencia.</w:t>
      </w:r>
    </w:p>
    <w:p>
      <w:pPr>
        <w:spacing w:before="400" w:after="140"/>
        <w:pStyle w:val="Heading2"/>
        <w:pageBreakBefore w:val="1"/>
      </w:pPr>
      <w:r>
        <w:rPr>
          <w:rFonts w:ascii="Arial" w:hAnsi="Arial"/>
          <w:b/>
          <w:color w:val="3B82F6"/>
          <w:sz w:val="48"/>
        </w:rPr>
        <w:t>7. Tabla editorial de datos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Familia de agente</w:t>
            </w:r>
          </w:p>
        </w:tc>
        <w:tc>
          <w:tcPr>
            <w:tcW w:type="dxa" w:w="260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Asociación pública</w:t>
            </w:r>
          </w:p>
        </w:tc>
        <w:tc>
          <w:tcPr>
            <w:tcW w:type="dxa" w:w="260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Solicitudes</w:t>
            </w:r>
          </w:p>
        </w:tc>
        <w:tc>
          <w:tcPr>
            <w:tcW w:type="dxa" w:w="260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% externo</w:t>
            </w:r>
          </w:p>
        </w:tc>
      </w:tr>
      <w:tr>
        <w:tc>
          <w:tcPr>
            <w:tcW w:type="dxa" w:w="260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Bingbot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Microsoft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424.824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31,62%</w:t>
            </w:r>
          </w:p>
        </w:tc>
      </w:tr>
      <w:tr>
        <w:tc>
          <w:tcPr>
            <w:tcW w:type="dxa" w:w="260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Amazonbot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Amazon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267.987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19,94%</w:t>
            </w:r>
          </w:p>
        </w:tc>
      </w:tr>
      <w:tr>
        <w:tc>
          <w:tcPr>
            <w:tcW w:type="dxa" w:w="260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Googlebot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Google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165.319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12,30%</w:t>
            </w:r>
          </w:p>
        </w:tc>
      </w:tr>
      <w:tr>
        <w:tc>
          <w:tcPr>
            <w:tcW w:type="dxa" w:w="260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GPTBot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OpenAI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115.817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8,62%</w:t>
            </w:r>
          </w:p>
        </w:tc>
      </w:tr>
      <w:tr>
        <w:tc>
          <w:tcPr>
            <w:tcW w:type="dxa" w:w="260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SemrushBot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Semrush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110.301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8,21%</w:t>
            </w:r>
          </w:p>
        </w:tc>
      </w:tr>
      <w:tr>
        <w:tc>
          <w:tcPr>
            <w:tcW w:type="dxa" w:w="260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Meta-ExternalAgent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Meta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81.316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6,05%</w:t>
            </w:r>
          </w:p>
        </w:tc>
      </w:tr>
      <w:tr>
        <w:tc>
          <w:tcPr>
            <w:tcW w:type="dxa" w:w="260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ClaudeBot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Anthropic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71.941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5,35%</w:t>
            </w:r>
          </w:p>
        </w:tc>
      </w:tr>
      <w:tr>
        <w:tc>
          <w:tcPr>
            <w:tcW w:type="dxa" w:w="260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DataForSeoBot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DataForSEO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35.871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2,67%</w:t>
            </w:r>
          </w:p>
        </w:tc>
      </w:tr>
      <w:tr>
        <w:tc>
          <w:tcPr>
            <w:tcW w:type="dxa" w:w="260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PetalBot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Huawei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14.260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1,06%</w:t>
            </w:r>
          </w:p>
        </w:tc>
      </w:tr>
      <w:tr>
        <w:tc>
          <w:tcPr>
            <w:tcW w:type="dxa" w:w="260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Applebot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Apple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13.017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0,97%</w:t>
            </w:r>
          </w:p>
        </w:tc>
      </w:tr>
      <w:tr>
        <w:tc>
          <w:tcPr>
            <w:tcW w:type="dxa" w:w="260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OpenAI-SearchBot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OpenAI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3.403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0,25%</w:t>
            </w:r>
          </w:p>
        </w:tc>
      </w:tr>
      <w:tr>
        <w:tc>
          <w:tcPr>
            <w:tcW w:type="dxa" w:w="260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Bytespider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ByteDance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1.158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0,09%</w:t>
            </w:r>
          </w:p>
        </w:tc>
      </w:tr>
      <w:tr>
        <w:tc>
          <w:tcPr>
            <w:tcW w:type="dxa" w:w="260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PerplexityBot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Perplexity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130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0,01%</w:t>
            </w:r>
          </w:p>
        </w:tc>
      </w:tr>
      <w:tr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color w:val="243042"/>
                <w:sz w:val="18"/>
              </w:rPr>
              <w:t>Otros externos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color w:val="243042"/>
                <w:sz w:val="18"/>
              </w:rPr>
              <w:t>Varias / no destacadas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color w:val="243042"/>
                <w:sz w:val="18"/>
              </w:rPr>
              <w:t>38.357</w:t>
            </w:r>
          </w:p>
        </w:tc>
        <w:tc>
          <w:tcPr>
            <w:tcW w:type="dxa" w:w="260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color w:val="243042"/>
                <w:sz w:val="18"/>
              </w:rPr>
              <w:t>2,85%</w:t>
            </w:r>
          </w:p>
        </w:tc>
      </w:tr>
    </w:tbl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8. Reglas de publicación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Mantener siempre el periodo y la cifra base visibles.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Usar «familia de agente» o «User-Agent asociado públicamente a», no atribución jurídica automática.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sustituir «solicitudes» por «páginas entrenadas», «documentos usados» o «datos ingeridos».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afirmar que crawling demuestra entrenamiento.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presentar logotipos de operadores de forma que implique patrocinio, asociación o respaldo.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Conservar la nota de que los días 11 y 12 de julio no están incluidos y no fueron interpolados.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mezclar la cifra histórica de seis meses con la ventana forense de 19 días.</w:t>
      </w:r>
    </w:p>
    <w:p>
      <w:pPr>
        <w:pStyle w:val="Heading2"/>
        <w:spacing w:before="400" w:after="140"/>
      </w:pPr>
      <w:r>
        <w:rPr>
          <w:rFonts w:ascii="Arial" w:hAnsi="Arial"/>
          <w:b/>
          <w:color w:val="3B82F6"/>
          <w:sz w:val="48"/>
        </w:rPr>
        <w:t>9. Créditos recomendados</w:t>
      </w:r>
    </w:p>
    <w:p>
      <w:pPr>
        <w:spacing w:after="120"/>
      </w:pPr>
      <w:r>
        <w:rPr>
          <w:rFonts w:ascii="Arial" w:hAnsi="Arial"/>
          <w:b/>
          <w:color w:val="141C28"/>
          <w:sz w:val="20"/>
        </w:rPr>
        <w:t>Fuente: ENTIA Machine Access Telemetry. Ventana forense del 7 al 27 de julio de 2026; 19 días compactados; gaps del 11 y 12 de julio; tráfico interno excluido de la cifra externa.</w:t>
      </w:r>
    </w:p>
    <w:p>
      <w:pPr>
        <w:spacing w:after="120"/>
      </w:pPr>
      <w:r>
        <w:rPr>
          <w:rFonts w:ascii="Arial" w:hAnsi="Arial"/>
          <w:b w:val="0"/>
          <w:color w:val="5A6473"/>
          <w:sz w:val="20"/>
        </w:rPr>
        <w:t>Los gráficos pueden utilizarse en cobertura editorial sobre ENTIA y EMAC siempre que se mantengan el contexto, la fuente y los límites metodológicos.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36" w:left="1123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475569"/>
        <w:sz w:val="16"/>
      </w:rPr>
      <w:t xml:space="preserve">ENTIA · entia.systems/press · fv@entia.systems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Recursos visuales</w:t>
    </w:r>
  </w:p>
  <w:tbl>
    <w:tblPr>
      <w:tblW w:type="auto" w:w="0"/>
      <w:jc w:val="center"/>
      <w:tblLayout w:type="fixed"/>
      <w:tblLook w:firstColumn="1" w:firstRow="1" w:lastColumn="0" w:lastRow="0" w:noHBand="0" w:noVBand="1" w:val="04A0"/>
      <w:bottom w:val="single" w:sz="12" w:color="2563EB"/>
      <w:bottom w:val="single" w:sz="12" w:color="2563EB"/>
      <w:bottom w:val="single" w:sz="12" w:color="2563EB"/>
    </w:tblPr>
    <w:tblGrid>
      <w:gridCol w:w="1584"/>
      <w:gridCol w:w="8064"/>
    </w:tblGrid>
    <w:tr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r/>
          <w:r>
            <w:rPr>
              <w:rFonts w:ascii="Aptos Display" w:hAnsi="Aptos Display" w:eastAsia="Aptos Display"/>
              <w:b/>
              <w:color w:val="07101D"/>
              <w:sz w:val="24"/>
            </w:rPr>
            <w:t>ENTIA</w:t>
          </w:r>
        </w:p>
      </w:tc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/>
          <w:r>
            <w:rPr>
              <w:rFonts w:ascii="Aptos" w:hAnsi="Aptos" w:eastAsia="Aptos"/>
              <w:b/>
              <w:color w:val="2563EB"/>
              <w:sz w:val="16"/>
            </w:rPr>
            <w:t>EUROPEAN MACHINE ACCESS CASE</w:t>
            <w:br/>
            <w:t>PRESS MATERIAL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ptos" w:hAnsi="Aptos" w:eastAsia="Aptos"/>
      <w:color w:val="2430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563E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710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 Display" w:hAnsi="Aptos Display" w:eastAsia="Aptos Display"/>
      <w:b w:val="0"/>
      <w:i/>
      <w:iCs/>
      <w:color w:val="475569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PIEZA 12 · GRÁFICOS Y RECURSOS VISUALES</dc:title>
  <dc:subject>ENTIA European Machine Access Case press material</dc:subject>
  <dc:creator>ENTIA / PrecisionAI Marketing OÜ</dc:creator>
  <cp:keywords>ENTIA, EMAC, machine access, press room</cp:keywords>
  <dc:description>Official press-room edition. Source: entia.systems/press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